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וקריאה עם שווא – מי לא שייך?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במשמעות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נכונה של שם תואר בזכר/נקבה וביחיד/רבים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נכונה של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 במשמעות?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מרובעת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רעשנית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המשחק - שלוש מילים מתאימות ואחת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ההבדל בין כרטיסי משמעות לכרטיסי התאמה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ההתאמה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שם העצם למילה שלא שייכת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(רעשנית)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(חשמלית)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(נוזלית)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שם עצם, שלושה שמות תואר מתאימים, מילה רביעית שלא שייכת והסבר קצר והגיוני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עם שלושה שמות תואר הגיוניים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מילה לא מתאימה והסבר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עם שווא נע בתחילת מילה, למשל כבדה או מנוקדת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בכרטיסי מתחילים ולעלות בהדרגה לכרטיסי אלופים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המילים כדי לתרגל גם את קריאת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חשוב להדגיש לתלמידים שהמילה מתאימה במשמעות אך לא בצורה הדקדוקית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וקריאה עם שווא – מי לא שייך?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שמות תואר שמתארים בעלי חיים, מאכלים וחפצים. בכל קבוצה שלוש מילים מתאימות ואחת לא שייכת - לפעמים במשמעות ולפעמים בהתאמה של זכר/נקבה או יחיד/רבים.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רכים  ·  מהירים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לא שייך במשמעות?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פרה: גדולה, מנוקדת, שקופה, כבדה - מי לא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מנוקדת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צפרדע: מרובעת, ירוקה, קטנה, רטובה - מי לא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מרובעת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גלידה: קרה, מתוקה, טעימה, רעשנית - מי לא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רעשנית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כרטיס יש שם עצם וארבעה שמות תואר, ואחד מהם לא שייך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בכרטיסי ההתאמה כל המילים מתאימות במשמעות אבל אחת לא מתאימה בזכר/נקבה או ביחיד/רבים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ההתאמה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האפרוחים __________ (צורת רבים של רך)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העפיפונים __________ (צורת רבים של מהיר)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שם העצם למילה שלא שייכת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חשמלית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תרנגולת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נוזלית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עגבניה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רעשנית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נמלה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שם עצם מהדף וכתבו ארבעה שמות תואר: שלושה שמתאימים ואחד שלא שייך. הסבירו בכתב מדוע המילה הרביעית לא שייכת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עצם אחד ושלושה שמות תואר שמתאימים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שם תואר שלא יתאים לכלב מבחינת משמעות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תואר וקריאה עם שווא – מי לא שייך?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