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וקריאה עם שווא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במשמעות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נכונה של שם תואר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 במשמעות?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רעשנית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חשמלית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נוזלית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 - שלוש מילים מתאימות ואחת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ההבדל בין כרטיסי משמעות לכרטיסי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שווא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נח שקט ולא נשמע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שווא בתחילת מילה הוא תמיד שווא 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ההתאמה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דביקות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מבודח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שם העצם למילה שלא שייכת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(רעשנית)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(חשמלית)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(נוזלית)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(מעופף)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שם עצם, שלושה שמות תואר מתאימים, מילה רביעית שלא שייכת והסבר קצר והגיוני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בכרטיס משמעות המילה לא מתאימה לתוכן, ואילו בכרטיס התאמה המילה מתאימה בתוכן אך טעות בצורה הדקדוקית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עם שלושה שמות תואר 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לא מתאימה והסבר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שווא נע בתחילת מילה, למשל כבדה או מנוקדת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בכרטיסי מתחילים ולעלות בהדרגה לכרטיסי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המילים כדי לתרגל גם את קריאת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חשוב להדגיש לתלמידים שהמילה מתאימה במשמעות אך לא בצורה הדקדוקית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וקריאה עם שווא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שמות תואר שמתארים בעלי חיים, מאכלים וחפצים. בכל קבוצה שלוש מילים מתאימות ואחת לא שייכת - לפעמים במשמעות ולפעמים בהתאמה של זכר/נקבה או יחיד/רבים.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 במשמעות?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פרה: גדולה, מנוקדת, שקופה, כבדה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צפרדע: מרובעת, ירוקה, קטנה, רטובה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גלידה: קרה, מתוקה, טעימה, רעשנית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תרנגולת: לבנה, חשמלית, רעבה, קטנה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עגבניה: מהירה, אדומה, עגולה, טריה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נמלה: קטנה, שחורה, נוזלית, חרוצה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כרטיס יש שם עצם וארבעה שמות תואר, ואחד מהם לא שייך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ההתאמה כל המילים מתאימות במשמעות אבל אחת לא מתאימה בזכר/נקבה או ביחיד/רבים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נע נשמע בתחילת הברה כמו חצי תנועה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תמיד נשמע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מנוקדת מתחילה בשווא נח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האפרוחים __________ (צורת רבים של רך)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העפיפונים __________ (צורת רבים של מהיר)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הסוכריות __________ (צורת רבים נקבה של דביק)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הבובה __________ (צורת נקבה של מסורק)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המשקפיים __________ (צורת רבים זכר של שחור)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הליצן __________ (צורת זכר של מבודח)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שם העצם למילה שלא שייכת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מעופף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תרנגולת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רעשנית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חשמלית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נוזלית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נובח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עצם מהדף וכתבו ארבעה שמות תואר: שלושה שמתאימים ואחד שלא שייך. הסבירו בכתב מדוע המילה הרביעית לא שייכת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כרטיס שבו המילה הלא שייכת היא לפי משמעות, לבין כרטיס שבו המילה הלא שייכת היא לפי זכר/נקבה או יחיד/רבים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עצם אחד ושלושה שמות תואר שמתאימים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שם תואר שלא יתאים לכלב מבחינת משמעות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למילה עם שווא נע בתחילת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וקריאה עם שווא – מי לא שייך?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